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לבגרות 8281: הלב, הכנה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מלא של כל יצירה: תקציר, דמויות, סמלים, מבנה ונושאים, כפי שמופיע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כתיבת תשובות בנוסח שאלון 8281 בעזרת תשובות מופת ופיגומים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משימת השוואה בין מדירה לדירה והתיק השחור בצורה מובנית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שליטה במונחי ספרות מרכזיים ובזיהוי אמצעים ספרותיים דרך תרגול ומשחקים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סיפורת קצרה: יגון, מדירה לדירה, התיק השחור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אנטון צ'כוב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עגלון זקן בשם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מירושלים לתל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אב ובנו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יהושע קנז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סיפורת קצרה: יגון, מדירה לדירה, התיק השחור – סמלים ודמויות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(יגון)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(התיק השחור)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(מדירה לדירה)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(התיק השחור)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(מדירה לדירה)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סיפורת קצרה: יגון, מדירה לדירה, התיק השחור – כתיבה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כל-יודע מגוף שלישי, שחושף את תחושותיו הפנימיות של יונה ואת אדישות הסובבים אותו.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שתציין: יונה מנסה לשתף נוסעים שונים בצערו, איש אינו מקשיב באמת, ולבסוף הוא פונה אל הסוסה שלו – מה שמדגיש את בדידותו בעיר גדולה ואדישה.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עגנון משתמש במילים מלשון חז"ל וממקורות עתיקים, כך שכל מילה נושאת משמעות היסטורית ותרבותית נוספת מעבר למשמעות הפשוטה.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בשני המקרים קיים פער בין קרבה פיזית לריחוק רגשי: הרופא אדיש ואינו מבין באמת את סבלו של המספר, והאב שקוע בעולמו שלו ואינו שם לב באמת לילד היושב לצדו.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דרמה: בית בובות מאת הנריק איבסן – הכרת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הנריק איבסן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הדרמה הריאליסטית המודרנית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דרמה: בית בובות מאת הנריק איבסן – הכרת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המחזה עלה לראשונה בקופנהגן בשנת 1879.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הפתיחה נראית כקומדיה ביתית בחג המולד, לפני שהסוד מתגלה.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דרמה: בית בובות מאת הנריק איבסן – הכרת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בורגנית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דרמה: בית בובות מאת הנריק איבסן – מבנה, דמויות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(הכינוי שנורה נותנת לבית שבו חייתה)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(התיאור שנורה נותנת לעצמה ביחס להלמר)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(התיאור שנורה נותנת לעצמה ביחס לאביה)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(הכינוי שנורה נותנת לילדיה)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(העיר שבה עלה המחזה לראשונה)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(שנת ההצגה הראשונה של המחזה)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נובלה: מאחורי הגדר מאת ח״נ ביאליק – רקע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בעמוד היצירה.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העלילה מתרחשת בשכונה יהודית בעיירה במזרח אירופה, "פרבר העצים".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תקציר הדמויות באתר.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מסימני הסגנון הבולטים של היצירה.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נובלה: מאחורי הגדר מאת ח״נ ביאליק – דמויות, מקום וכותרת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מארינקא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נובלה: מאחורי הגדר מאת ח״נ ביאליק – סמלים ומבנה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גם להגן וגם להפריד בין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כלפי החברה היהודית המסוגרת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לבטא את עולמו הפנימי והרגשי של נח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נובלה: מאחורי הגדר מאת ח״נ ביאליק – התאמה, כתיבה והמלצה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(בן יחיד למשפחה יהודית, מאוהב במארינקא)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(נערה נוכרייה אסופית הגדלה בחצר השכנה)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(שכונה יהודית בעיירה במזרח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(גבול שמפריד בין שני עולמות ובני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שירה: ליבי במזרח מאת רבי יהודה הלוי – הכרת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רבי יהודה הלוי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שירי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בספרד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יצא במסע אל 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שירה: ליבי במזרח מאת רבי יהודה הלוי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באתר לגבי מבנה השיר.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בשיר חרוז מבריח – אותו חרוז חוזר לאורך כל השיר, כמקובל בשירת ספרד.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בגלל הפיצול בין הלב לגוף דווקא שום דבר אינו ערב 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בשורות האחרונות של השיר.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הניגוד הפותח את השיר ומארגן אותו.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שירה: ליבי במזרח מאת רבי יהודה הלוי – חשיבה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ליבו נמצא במקום אחר (בציון) וגופו בספרד, ולכן שום דבר אינו 'ערב' לו כשהוא רחוק ממקום הגעגוע.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חרוז אחד החוזר לאורך כל השיר; הוא יוצר תחושת רצף ואחידות, כמו הכיסופים שאינם פוסקים לאורך השיר כולו.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התשובה תראה שהשיר אינו רק הצהרה רגשית אלא נבואה לחיים: הדובר/המשורר הפך את הכיסופים למעשה ממשי ויצא בעצמו למסע אל ציון.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הכוללת: ציון הניגוד הפותח (לב/גוף), הבאת דוגמה (קושי ליהנות מאוכל), והסבר כיצד הניגוד מתפתח עד לנכונות לוותר על טובות ספרד.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ג, ד, ב, 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מיומנויות שאלון 8281: אמצעים, מושגים ובונה תשובה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(ליבי במזרח)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(בית בובות)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(יגון)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(מאחורי הגדר)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(התיק השחור)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מיומנויות שאלון 8281: אמצעים, מושגים ובונה תשובה – עובדות ביצירות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אף אדם לא מקשיב לו ברצינות, ולכן בסוף הוא מספר את צערו לסוסה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נורה אומרת שהבית שלה היה 'חדר משחקים' וכי היא הייתה 'אשת-הבובה' של בעלה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שיר קצר של שש שורות בלבד, הבנוי במשקל ובחרוז מבריח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בתקציר היצירה, בשכונה יהודית בשם פרבר העצים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מיומנויות שאלון 8281: אמצעים, מושגים ובונה תשובה – אמצעים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ניגוד בין הלב לגוף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הפרדה בין עולם יהודי לעולם נוכרי, ובין אהבה לחברה הסוגרת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אסקופה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תעלומה – הילד תוהה מה יש בו ומדמיין שהוא נעלם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זיהוי יצירות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ח״נ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העגלון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געגוע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מאוהבים למרות הגבולות שהחברה מציבה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שניהם מספרים בגוף ראשון וחווים בדידות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בית בובות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שניהם מתמודדים עם בדידות בדרכים שונות – אחד בשתיקה והשני בהסתגרות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המזהה נכון רגש מרכזי (למשל געגוע, בדידות, התעוררות) ומתאימה ליצירה שנבחרה.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המראה הבנה של המשמעות הגלויה והסמויה של הכותרת ביצירה שנבחרה, בהתבסס על עלילת היצירה.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המשווה בין שתי יצירות (למשל שתיקה עקיפה ב"התיק השחור" מול הבעה ישירה ב"בית בובות"), עם דוגמה מכל יצירה ונימוק 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מלאה כוללת פרטים מדויקים מן היצירה ולא רק רושם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לשאלת בגרות כוללת טענה ברורה, ציטוט קצר או אזכור מדויק, והסבר הקושר בין השניים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טובה מתייחסת לנושא משותף (בדידות, מגע אנושי) ומצביעה על הבדל בדרך ההצגה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לשש מפגשים, כל פרק בשיעור נפרד, עם חזרה קצרה בתחילת כל שיעור על הפרק הקודם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במסלול חנ״מ מומלץ לעבוד במקטעים קטנים ולתת רמז מדורג רק אחרי שתי טעויות, בלי לחץ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במסלול עולים כדאי להיעזר במילון המונחים הרב-לשוני ובמילות קישור צבעוניות לפני כתיבת תשובות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במשחק הקצר המתאים (מיון אמצעים, ציטוט ליצירה או בונים פסקה) כחיזוק לפני המעבר ליצירה הבאה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לבגרות 8281: הלב, הכנה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עובדים על הדפים אחד אחרי השני, לפי הסדר. קוראים קודם את התקציר, ואז עונים על השאלות. בסוף כל חלק בודקים עם התשובה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או אישה בסיפור, במחזה או בשיר, עם תכונות ומניעים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/ נקודת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מספר את הסיפור ומאיזו עמדה הוא רואה את המתרחש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בטקסט שמייצג רעיון גדול יותר, מעבר למשמעותו הפשוטה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אופן ארגון היצירה לחלקים, מערכות או בתים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או השאלה שהיצירה עוסקת בהם לאורכה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כתיבה כמו דימוי, מטאפורה, ניגוד או אירוניה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 וחרוז מבריח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כלים בשירה: קצב קבוע וחרוז אחד החוזר לכל אורך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משימת 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שבה משווים בין שתי יצירות בנושא, בדמות או באמצעי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קריטריונים לבדיקת תשובה, כולל ניקוד וחלוקה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סיפורת קצרה: יגון, מדירה לדירה, התיק השחור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המחבר של "יגון"?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ש"י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 קנז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ח"נ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הגיבור של "יגון"?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עגלון זקן בשם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אישה צעירה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עובר המספר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מירושלים לתל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מתל אביב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מחיפה לתל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מירושלים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הגיבורים של "התיק השחור"?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 ובנו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ובתה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המחבר של "התיק השחור"?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ח"נ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 קנז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 יהודה הלוי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סיפורת קצרה: יגון, מדירה לדירה, התיק השחור – סמלים ודמויות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עגלון זקן ומושלג שמחפש מישהו שיקשיב 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התיק השחור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 שחור מלא, שהילד תוהה מה בתוכו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יגון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דירה שקטה בתל אביב מול רעש החיים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מדירה לדירה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חומוס שהילד אומר שאינו אוהב אך האב מזמין בכל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התיק השחור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רופא שרושם שמות של נשים על פתקים כרמז לבדידות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מדירה לדירה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סיפורת קצרה: יגון, מדירה לדירה, התיק השחור – כתיבה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מהי זווית הראייה של המספר בסיפור "יגון" – כל-יודע, מגוף ראשון או מגוף שלישי מוגבל?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בהשראת שאלה 1 בנוסח הבגרות: כתבו פסקה קצרה על משמעות הבדידות בסיפור "יגון" ועל הדרך שבה האדישות של הסובבים מחריפה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כיצד מילה כמו "אסקופה" ב"מדירה לדירה" מבטאת את עושר הלשון של עגנון ואת הקשריו למקורות היהודיים.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בהשראת שאלה 2 בנוסח הבגרות: השוו בקצרה בין יחס הרופא כלפי המספר ב"מדירה לדירה" לבין יחס האב כלפי הבן ב"התיק השחור".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דרמה: בית בובות מאת הנריק איבסן – הכרת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הסופר של "בית בובות"?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הנריק איבסן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ש"י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יהושע קנז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תחום איבסן היה חלוץ?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הדרמה הריאליסטית המודרנית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השירה הספרדית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הקצר הרוסי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הנובלה העברית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דרמה: בית בובות מאת הנריק איבסן – הכרת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המחזה "בית בובות" עלה לראשונה בפריז.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המחזה פותח כמו קומדיה ביתית קלה, ורק בהמשך מתגלה הסוד שמתחתיה.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דרמה: בית בובות מאת הנריק איבסן – הכרת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המחזה "בית בובות" מתרחש בסלון של משפחה __________ בימי חג המולד.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דרמה: בית בובות מאת הנריק איבסן – מבנה, דמויות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"חדר משחקים"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שנת ההצגה הראשונה של המחזה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"אשת-הבובה"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הכינוי שנורה נותנת לבית שבו חייתה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"ילדת-הבובה"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העיר שבה עלה המחזה לראשונה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"הבובות שלי"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התיאור שנורה נותנת לעצמה ביחס להלמר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קופנהגן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התיאור שנורה נותנת לעצמה ביחס לאביה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6. 1879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הכינוי שנורה נותנת לילדיה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נובלה: מאחורי הגדר מאת ח״נ ביאליק – רקע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הנובלה "מאחורי הגדר" נדפסה לראשונה בשנת 1909 בכתב העת "השילוח".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עלילת הנובלה מתרחשת בעיר גדולה במערב אירופה.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הוא בן יחיד למשפחה יהודית, ומארינקא היא נערה נוכרייה אסופית הגדלה בחצר השכנה.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ביאליק משלב בנובלה לשון מקורות עשירה ותיאורי טבע חושניים.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נובלה: מאחורי הגדר מאת ח״נ ביאליק – דמויות, מקום וכותרת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פרבר העצים היה פעם מקום ישוב לקצפים, ונהפך כעת לישוב גדול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הנובלה מספרת על אהבה אסורה בין נח לבין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נובלה: מאחורי הגדר מאת ח״נ ביאליק – סמלים ומבנה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יכולה הגדר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להגן על הבית מפני גנבים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להגן וגם להפריד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לסמן את גבול העיירה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שום משמעות סמלית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מי ביאליק לועג בעדינות?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כלפי השלטונות הזרים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כלפי החברה היהודית המסוגרת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כלפי הטבע הסובב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כלפי הקוראים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תיאור עץ התפוח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לתאר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לבטא את עולמו הפנימי והרגשי של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להסיח את דעת הקורא מהעלילה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חיי הקצפים בעבר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נובלה: מאחורי הגדר מאת ח״נ ביאליק – התאמה, כתיבה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נערה נוכרייה אסופית הגדלה בחצר השכנה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מארינקא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גבול שמפריד בין שני עולמות ובני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פרבר העצים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בן יחיד למשפחה יהודית, מאוהב במארינקא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שכונה יהודית בעיירה במזרח 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שירה: ליבי במזרח מאת רבי יהודה הלוי – הכרת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המשורר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רבי יהודה הלוי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אנטון צ׳כוב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נקראת קבוצת השירים שבה השיר נמצא?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שירי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שירי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שירי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חי רבי יהודה הלוי כשכתב את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עשה יהודה הלוי בסוף ימיו, בעקבות הגעגוע שבשיר?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בספרד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יצא במסע אל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הפסיק לכתוב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 לגור בבגדאד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שירה: ליבי במזרח מאת רבי יהודה הלוי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"ליבי במזרח" מתואר כשיר קצר בן שש שורות.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יש חרוז שונה בכל שורה.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מרגיש שהאוכל והחיים בספרד ערבים וטעימים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אומר שיהיה לו קל לעזוב את כל טובת ספרד.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הניגוד המרכזי בשיר הוא בין הלב הנמצא במזרח לגוף הנמצא בסוף מערב.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שירה: ליבי במזרח מאת רבי יהודה הלוי – חשיבה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הדובר אינו יכול ליהנות מן האוכל ומן החיים בספרד.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החרוז המבריח, ומדוע מתאים לשיר על געגוע מתמשך?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קצרה: כיצד בחירתו של יהודה הלוי לצאת בסוף ימיו לארץ ישראל קושרת בין השיר לחייו?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בנו תשובת מופת קצרה לשאלה 5: מהי הדרך שבה מבטא השיר את הקרע בין הגוף לנפש?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סדרו לפי השתלשלות הטיעון בשיר: (א) נכונות לעזוב את טובת ספרד (ב) קושי לקיים נדרים (ג) הניגוד הפותח בין הלב לגוף (ד) חוסר הנאה מהאוכל והחיים.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6 · מיומנויות שאלון 8281: אמצעים, מושגים ובונה תשובה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ליבי במזרח ואנכי בסוף מערב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 בובות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חדר משחקים... הייתי אשת-הבובה שלך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ליבי במזרח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העגלון יונה פוטאפוב לבן כולו, כמו רוח רפאים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מאחורי הגדר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הכל נתיהד שם: הבתים, החצרות, הגדרות העקומות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התיק השחור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שמור לי על התיק השחור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יגון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מיומנויות שאלון 8281: אמצעים, מושגים ובונה תשובה – עובדות ביצירות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 העגלון ב'יגון' מוצא בסוף הסיפור אדם שמקשיב לו בסבלנות ומנחם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ב'בית בובות' נורה מבינה בסוף המחזה שנישואיה היו כמו משחק בחדר בובות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'ליבי במזרח' הוא שיר ארוך בן עשרות שורות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בנובלה 'מאחורי הגדר' מתוארת אהבה אסורה בין נח למארינקא, שגדלה בחצר השכנה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מיומנויות שאלון 8281: אמצעים, מושגים ובונה תשובה – אמצעים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הדובר עושה כשהוא אומר 'ליבי במזרח ואנכי בסוף מערב'?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 בין הלב לגוף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מילים 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טבע 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מסמלת הגדר בנובלה 'מאחורי הגדר' של ביאליק?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גבול פיזי בין חצרות בלי משמעות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הפרדה בין עולם יהודי לעולם נוכרי, ובין אהבה לחברה הסוגרת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תפוח שגדל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עבודה של הקצבים בפרבר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חוזרת ונושאת משמעות מיוחדת בלשון חז״ל בסיפור 'מדירה לדירה'?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מרפסת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מסמל התיק השחור בסיפור של יהושע קנז, לפי התיאור של הילד שמתבונן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חסר חשיבות שהילד מתעלם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תעלומה – הילד תוהה מה יש בו ומדמיין שהוא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מתנת יום הולדת לילד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 של האב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זיהוי יצירות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המחבר של "מאחורי הגדר"?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 קנז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 יהודה הלוי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"בית בובות" היא מחזה, שיר, נובלה או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מהדמויות שייכת ל"יגון"?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העגלון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 המאוהב במארינקא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עם התיק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נורה העוזבת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הנושא המרכזי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געגוע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בדידות בעיר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סוד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מחבר בין נח למארינקא?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בני 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מאוהבים למרות הגבולות שהחברה מציבה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עגלונים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עוזבים את הבית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דומה בין שתי הדמויות הראשיות?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מספרים בגוף ראשון וחווים בדידות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דמויות משנה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מספרים בגוף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חיים בכפר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באיזו יצירה מתגלה סוד שמשנה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בובות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ליבי במזרח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מאחורי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דומה בדרך ההתמודדות עם בדידות בשתי היצירות?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מתמודדים עם בדידות בדרכים שונות – אחד בשתיקה והשני בהסתגרות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חיים עם משפחות גדולות ותומכות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מספרים את סיפורם בגוף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נמצאים בכפר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מהיצירות שלמדתם וכתבו במשפט אחד לכל יצירה מהו הרגש המרכזי שהיא מעוררת.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את הקשר בין הכותרת לבין התוכן ביצירה אחת לבחירתכם (מלבד "מדירה לדירה").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דרך הבעת הרגשות (ישירה או עקיפה) בשתיים מהיצירות שלמדתם, והסבירו איזו דרך משכנעת אתכם יותר ומדוע.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למפות בכל יצירה את התקציר, הדמויות, הסמלים והנושא המרכזי?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תשובה מלאה לשאלת בגרות בעזרת פיגום: טענה, ביסוס מהטקסט והסבר?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לפחות שתי נקודות דמיון ושתי נקודות שוני בין מדירה לדירה והתיק השחור?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לבגרות 8281: הלב, הכנה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